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161F3A" w14:paraId="53F621F0" w14:textId="77777777">
        <w:trPr>
          <w:jc w:val="center"/>
        </w:trPr>
        <w:tc>
          <w:tcPr>
            <w:tcW w:w="5285" w:type="dxa"/>
            <w:shd w:val="clear" w:color="auto" w:fill="0E2A5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358BBC" w14:textId="77777777" w:rsidR="00161F3A" w:rsidRDefault="00000000" w:rsidP="00F0558A">
            <w:pPr>
              <w:pStyle w:val="NoSpacing"/>
            </w:pPr>
            <w:r>
              <w:t>COMPASS CAREER ADVISORS</w:t>
            </w:r>
          </w:p>
          <w:p w14:paraId="053E739B" w14:textId="77777777" w:rsidR="00161F3A" w:rsidRDefault="00000000">
            <w:pPr>
              <w:spacing w:after="0"/>
            </w:pPr>
            <w:r>
              <w:rPr>
                <w:b/>
                <w:color w:val="B98A4A"/>
                <w:sz w:val="17"/>
              </w:rPr>
              <w:t>FIND YOUR DIRECTION</w:t>
            </w:r>
          </w:p>
        </w:tc>
        <w:tc>
          <w:tcPr>
            <w:tcW w:w="5285" w:type="dxa"/>
            <w:shd w:val="clear" w:color="auto" w:fill="0E2A5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E5BFA6" w14:textId="77777777" w:rsidR="00161F3A" w:rsidRDefault="00000000">
            <w:pPr>
              <w:jc w:val="right"/>
            </w:pPr>
            <w:r>
              <w:rPr>
                <w:b/>
                <w:color w:val="FFFFFF"/>
                <w:sz w:val="20"/>
              </w:rPr>
              <w:t>RESUME TEMPLATE</w:t>
            </w:r>
          </w:p>
        </w:tc>
      </w:tr>
    </w:tbl>
    <w:p w14:paraId="2480DDD7" w14:textId="70E2E952" w:rsidR="00161F3A" w:rsidRDefault="00F0558A">
      <w:pPr>
        <w:spacing w:before="220" w:after="20"/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AE71A69" wp14:editId="6E1F670D">
            <wp:simplePos x="0" y="0"/>
            <wp:positionH relativeFrom="column">
              <wp:posOffset>5794375</wp:posOffset>
            </wp:positionH>
            <wp:positionV relativeFrom="paragraph">
              <wp:posOffset>80645</wp:posOffset>
            </wp:positionV>
            <wp:extent cx="914400" cy="914400"/>
            <wp:effectExtent l="0" t="0" r="0" b="0"/>
            <wp:wrapNone/>
            <wp:docPr id="1862033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E2A52"/>
          <w:sz w:val="48"/>
        </w:rPr>
        <w:t>YOUR FULL NAME</w:t>
      </w:r>
      <w:r w:rsidRPr="00F0558A">
        <w:rPr>
          <w:noProof/>
        </w:rPr>
        <w:t xml:space="preserve"> </w:t>
      </w:r>
    </w:p>
    <w:p w14:paraId="7ECB38EC" w14:textId="7782322E" w:rsidR="00161F3A" w:rsidRDefault="00F0558A">
      <w:pPr>
        <w:spacing w:after="140"/>
        <w:jc w:val="center"/>
      </w:pPr>
      <w:proofErr w:type="gramStart"/>
      <w:r>
        <w:rPr>
          <w:color w:val="667085"/>
          <w:sz w:val="18"/>
        </w:rPr>
        <w:t>Address</w:t>
      </w:r>
      <w:r w:rsidR="00000000">
        <w:rPr>
          <w:color w:val="667085"/>
          <w:sz w:val="18"/>
        </w:rPr>
        <w:t xml:space="preserve">  |</w:t>
      </w:r>
      <w:proofErr w:type="gramEnd"/>
      <w:r w:rsidR="00000000">
        <w:rPr>
          <w:color w:val="667085"/>
          <w:sz w:val="18"/>
        </w:rPr>
        <w:t xml:space="preserve">  </w:t>
      </w:r>
      <w:proofErr w:type="gramStart"/>
      <w:r w:rsidR="00000000">
        <w:rPr>
          <w:color w:val="667085"/>
          <w:sz w:val="18"/>
        </w:rPr>
        <w:t>Phone  |</w:t>
      </w:r>
      <w:proofErr w:type="gramEnd"/>
      <w:r w:rsidR="00000000">
        <w:rPr>
          <w:color w:val="667085"/>
          <w:sz w:val="18"/>
        </w:rPr>
        <w:t xml:space="preserve">  </w:t>
      </w:r>
      <w:proofErr w:type="gramStart"/>
      <w:r w:rsidR="00000000">
        <w:rPr>
          <w:color w:val="667085"/>
          <w:sz w:val="18"/>
        </w:rPr>
        <w:t>Email  |</w:t>
      </w:r>
      <w:proofErr w:type="gramEnd"/>
      <w:r w:rsidR="00000000">
        <w:rPr>
          <w:color w:val="667085"/>
          <w:sz w:val="18"/>
        </w:rPr>
        <w:t xml:space="preserve">  </w:t>
      </w:r>
    </w:p>
    <w:p w14:paraId="5553C24D" w14:textId="77777777" w:rsidR="00161F3A" w:rsidRDefault="00000000">
      <w:pPr>
        <w:pBdr>
          <w:bottom w:val="single" w:sz="10" w:space="3" w:color="B98A4A"/>
        </w:pBdr>
        <w:spacing w:before="140" w:after="80"/>
      </w:pPr>
      <w:r>
        <w:rPr>
          <w:b/>
          <w:color w:val="0E2A52"/>
          <w:sz w:val="22"/>
        </w:rPr>
        <w:t>SUMMARY</w:t>
      </w:r>
    </w:p>
    <w:p w14:paraId="0951D486" w14:textId="77777777" w:rsidR="00161F3A" w:rsidRDefault="00000000">
      <w:pPr>
        <w:spacing w:after="60"/>
      </w:pPr>
      <w:r>
        <w:rPr>
          <w:i/>
          <w:color w:val="667085"/>
        </w:rPr>
        <w:t>Write a concise 3-4 line summary of your professional background, the people or industries you have worked with, and the qualities you bring. Keep it relevant to the role.</w:t>
      </w:r>
    </w:p>
    <w:p w14:paraId="2352D646" w14:textId="77777777" w:rsidR="00161F3A" w:rsidRDefault="00000000">
      <w:pPr>
        <w:pBdr>
          <w:bottom w:val="single" w:sz="10" w:space="3" w:color="B98A4A"/>
        </w:pBdr>
        <w:spacing w:before="140" w:after="80"/>
      </w:pPr>
      <w:r>
        <w:rPr>
          <w:b/>
          <w:color w:val="0E2A52"/>
          <w:sz w:val="22"/>
        </w:rPr>
        <w:t>CURRENT CAREER OBJECTIVE</w:t>
      </w:r>
    </w:p>
    <w:p w14:paraId="3BF2FABF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[State the role or career direction you are seeking and why it fits your background.]</w:t>
      </w:r>
    </w:p>
    <w:p w14:paraId="738A3784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[State the contribution you want to make, the people you want to support, or the outcomes you want to achieve.]</w:t>
      </w:r>
    </w:p>
    <w:p w14:paraId="1880C3C2" w14:textId="77777777" w:rsidR="00161F3A" w:rsidRDefault="00000000">
      <w:pPr>
        <w:pBdr>
          <w:bottom w:val="single" w:sz="10" w:space="3" w:color="B98A4A"/>
        </w:pBdr>
        <w:spacing w:before="140" w:after="80"/>
      </w:pPr>
      <w:r>
        <w:rPr>
          <w:b/>
          <w:color w:val="0E2A52"/>
          <w:sz w:val="22"/>
        </w:rPr>
        <w:t>EDUCATION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161F3A" w14:paraId="614BC595" w14:textId="77777777">
        <w:tc>
          <w:tcPr>
            <w:tcW w:w="5285" w:type="dxa"/>
            <w:tcMar>
              <w:top w:w="25" w:type="dxa"/>
              <w:left w:w="0" w:type="dxa"/>
              <w:bottom w:w="25" w:type="dxa"/>
              <w:right w:w="20" w:type="dxa"/>
            </w:tcMar>
          </w:tcPr>
          <w:p w14:paraId="1EE2A63F" w14:textId="77777777" w:rsidR="00161F3A" w:rsidRDefault="00000000">
            <w:r>
              <w:rPr>
                <w:b/>
                <w:color w:val="B98A4A"/>
              </w:rPr>
              <w:t>[Year]</w:t>
            </w:r>
          </w:p>
        </w:tc>
        <w:tc>
          <w:tcPr>
            <w:tcW w:w="5285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78107E46" w14:textId="77777777" w:rsidR="00161F3A" w:rsidRDefault="00000000">
            <w:r>
              <w:rPr>
                <w:b/>
                <w:color w:val="0E2A52"/>
              </w:rPr>
              <w:t>[Qualification / Course]</w:t>
            </w:r>
          </w:p>
          <w:p w14:paraId="2BC936E5" w14:textId="77777777" w:rsidR="00161F3A" w:rsidRDefault="00000000">
            <w:pPr>
              <w:spacing w:after="0"/>
            </w:pPr>
            <w:r>
              <w:rPr>
                <w:color w:val="667085"/>
              </w:rPr>
              <w:t>[Institution / Location]</w:t>
            </w:r>
          </w:p>
        </w:tc>
      </w:tr>
      <w:tr w:rsidR="00161F3A" w14:paraId="412EF342" w14:textId="77777777">
        <w:tc>
          <w:tcPr>
            <w:tcW w:w="5285" w:type="dxa"/>
            <w:tcMar>
              <w:top w:w="25" w:type="dxa"/>
              <w:left w:w="0" w:type="dxa"/>
              <w:bottom w:w="25" w:type="dxa"/>
              <w:right w:w="20" w:type="dxa"/>
            </w:tcMar>
          </w:tcPr>
          <w:p w14:paraId="32E7CF87" w14:textId="77777777" w:rsidR="00161F3A" w:rsidRDefault="00000000">
            <w:r>
              <w:rPr>
                <w:b/>
                <w:color w:val="B98A4A"/>
              </w:rPr>
              <w:t>[Year]</w:t>
            </w:r>
          </w:p>
        </w:tc>
        <w:tc>
          <w:tcPr>
            <w:tcW w:w="5285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02114530" w14:textId="77777777" w:rsidR="00161F3A" w:rsidRDefault="00000000">
            <w:r>
              <w:rPr>
                <w:b/>
                <w:color w:val="0E2A52"/>
              </w:rPr>
              <w:t>[Degree / Qualification, Major if relevant]</w:t>
            </w:r>
          </w:p>
          <w:p w14:paraId="6B97FF6D" w14:textId="77777777" w:rsidR="00161F3A" w:rsidRDefault="00000000">
            <w:pPr>
              <w:spacing w:after="0"/>
            </w:pPr>
            <w:r>
              <w:rPr>
                <w:color w:val="667085"/>
              </w:rPr>
              <w:t>[Institution / Location]</w:t>
            </w:r>
          </w:p>
        </w:tc>
      </w:tr>
      <w:tr w:rsidR="00161F3A" w14:paraId="7FEDD613" w14:textId="77777777">
        <w:tc>
          <w:tcPr>
            <w:tcW w:w="5285" w:type="dxa"/>
            <w:tcMar>
              <w:top w:w="25" w:type="dxa"/>
              <w:left w:w="0" w:type="dxa"/>
              <w:bottom w:w="25" w:type="dxa"/>
              <w:right w:w="20" w:type="dxa"/>
            </w:tcMar>
          </w:tcPr>
          <w:p w14:paraId="413702B8" w14:textId="77777777" w:rsidR="00161F3A" w:rsidRDefault="00000000">
            <w:r>
              <w:rPr>
                <w:b/>
                <w:color w:val="B98A4A"/>
              </w:rPr>
              <w:t>[Year]</w:t>
            </w:r>
          </w:p>
        </w:tc>
        <w:tc>
          <w:tcPr>
            <w:tcW w:w="5285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76701B37" w14:textId="77777777" w:rsidR="00161F3A" w:rsidRDefault="00000000">
            <w:r>
              <w:rPr>
                <w:b/>
                <w:color w:val="0E2A52"/>
              </w:rPr>
              <w:t>[Additional Qualification]</w:t>
            </w:r>
          </w:p>
          <w:p w14:paraId="45D10D08" w14:textId="77777777" w:rsidR="00161F3A" w:rsidRDefault="00000000">
            <w:pPr>
              <w:spacing w:after="0"/>
            </w:pPr>
            <w:r>
              <w:rPr>
                <w:color w:val="667085"/>
              </w:rPr>
              <w:t>[Institution / Location]</w:t>
            </w:r>
          </w:p>
        </w:tc>
      </w:tr>
    </w:tbl>
    <w:p w14:paraId="623AA5DD" w14:textId="5802EA2A" w:rsidR="00161F3A" w:rsidRPr="00F0558A" w:rsidRDefault="00000000">
      <w:pPr>
        <w:pBdr>
          <w:bottom w:val="single" w:sz="10" w:space="3" w:color="B98A4A"/>
        </w:pBdr>
        <w:spacing w:before="140" w:after="80"/>
        <w:rPr>
          <w:color w:val="EE0000"/>
        </w:rPr>
      </w:pPr>
      <w:r>
        <w:rPr>
          <w:b/>
          <w:color w:val="0E2A52"/>
          <w:sz w:val="22"/>
        </w:rPr>
        <w:t>EMPLOYMENT HISTORY</w:t>
      </w:r>
      <w:r w:rsidR="00F0558A">
        <w:rPr>
          <w:b/>
          <w:color w:val="0E2A52"/>
          <w:sz w:val="22"/>
        </w:rPr>
        <w:t xml:space="preserve"> (</w:t>
      </w:r>
      <w:r w:rsidR="00F0558A">
        <w:rPr>
          <w:b/>
          <w:color w:val="EE0000"/>
          <w:sz w:val="22"/>
        </w:rPr>
        <w:t>Only list the job roles that relate to the new position</w:t>
      </w:r>
      <w:r w:rsidR="00F0558A">
        <w:rPr>
          <w:b/>
          <w:color w:val="0E2A52"/>
          <w:sz w:val="22"/>
        </w:rPr>
        <w:t>)</w:t>
      </w:r>
    </w:p>
    <w:p w14:paraId="7EF9FF00" w14:textId="77777777" w:rsidR="00161F3A" w:rsidRDefault="00000000">
      <w:pPr>
        <w:spacing w:before="80" w:after="0"/>
      </w:pPr>
      <w:r>
        <w:rPr>
          <w:b/>
          <w:color w:val="0E2A52"/>
          <w:sz w:val="21"/>
        </w:rPr>
        <w:t xml:space="preserve">[Job </w:t>
      </w:r>
      <w:proofErr w:type="gramStart"/>
      <w:r>
        <w:rPr>
          <w:b/>
          <w:color w:val="0E2A52"/>
          <w:sz w:val="21"/>
        </w:rPr>
        <w:t>Title]</w:t>
      </w:r>
      <w:r>
        <w:rPr>
          <w:b/>
        </w:rPr>
        <w:t xml:space="preserve">  |</w:t>
      </w:r>
      <w:proofErr w:type="gramEnd"/>
      <w:r>
        <w:rPr>
          <w:b/>
        </w:rPr>
        <w:t xml:space="preserve">  [Employer / Organisation]</w:t>
      </w:r>
    </w:p>
    <w:p w14:paraId="57B89C88" w14:textId="77777777" w:rsidR="00161F3A" w:rsidRDefault="00000000">
      <w:pPr>
        <w:spacing w:after="40"/>
      </w:pPr>
      <w:r>
        <w:rPr>
          <w:i/>
          <w:color w:val="B98A4A"/>
          <w:sz w:val="17"/>
        </w:rPr>
        <w:t>[Year - Present]</w:t>
      </w:r>
    </w:p>
    <w:p w14:paraId="6059FF38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77A1042C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7729FD59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20E938CB" w14:textId="77777777" w:rsidR="00161F3A" w:rsidRDefault="00000000">
      <w:pPr>
        <w:spacing w:before="80" w:after="0"/>
      </w:pPr>
      <w:r>
        <w:rPr>
          <w:b/>
          <w:color w:val="0E2A52"/>
          <w:sz w:val="21"/>
        </w:rPr>
        <w:t>[Job Title]</w:t>
      </w:r>
      <w:r>
        <w:rPr>
          <w:b/>
        </w:rPr>
        <w:t xml:space="preserve">  |  [Employer / Organisation]</w:t>
      </w:r>
    </w:p>
    <w:p w14:paraId="2E348828" w14:textId="77777777" w:rsidR="00161F3A" w:rsidRDefault="00000000">
      <w:pPr>
        <w:spacing w:after="40"/>
      </w:pPr>
      <w:r>
        <w:rPr>
          <w:i/>
          <w:color w:val="B98A4A"/>
          <w:sz w:val="17"/>
        </w:rPr>
        <w:t>[Year - Year]</w:t>
      </w:r>
    </w:p>
    <w:p w14:paraId="30583A27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43BBB8EB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13B1E58B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2ABFB4A1" w14:textId="77777777" w:rsidR="00161F3A" w:rsidRDefault="00000000">
      <w:pPr>
        <w:spacing w:before="80" w:after="0"/>
      </w:pPr>
      <w:r>
        <w:rPr>
          <w:b/>
          <w:color w:val="0E2A52"/>
          <w:sz w:val="21"/>
        </w:rPr>
        <w:t>[Job Title / Project Lead]</w:t>
      </w:r>
      <w:r>
        <w:rPr>
          <w:b/>
        </w:rPr>
        <w:t xml:space="preserve">  |  [Employer / Organisation]</w:t>
      </w:r>
    </w:p>
    <w:p w14:paraId="178141A2" w14:textId="77777777" w:rsidR="00161F3A" w:rsidRDefault="00000000">
      <w:pPr>
        <w:spacing w:after="40"/>
      </w:pPr>
      <w:r>
        <w:rPr>
          <w:i/>
          <w:color w:val="B98A4A"/>
          <w:sz w:val="17"/>
        </w:rPr>
        <w:t>[Year - Year]</w:t>
      </w:r>
    </w:p>
    <w:p w14:paraId="54BF9FB8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565F34B4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1D75B595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47C3E6F3" w14:textId="77777777" w:rsidR="00161F3A" w:rsidRDefault="00000000">
      <w:pPr>
        <w:spacing w:before="80" w:after="0"/>
      </w:pPr>
      <w:r>
        <w:rPr>
          <w:b/>
          <w:color w:val="0E2A52"/>
          <w:sz w:val="21"/>
        </w:rPr>
        <w:t>[Earlier Role]</w:t>
      </w:r>
      <w:r>
        <w:rPr>
          <w:b/>
        </w:rPr>
        <w:t xml:space="preserve">  |  [Employer / Organisation]</w:t>
      </w:r>
    </w:p>
    <w:p w14:paraId="417FDF9B" w14:textId="77777777" w:rsidR="00161F3A" w:rsidRDefault="00000000">
      <w:pPr>
        <w:spacing w:after="40"/>
      </w:pPr>
      <w:r>
        <w:rPr>
          <w:i/>
          <w:color w:val="B98A4A"/>
          <w:sz w:val="17"/>
        </w:rPr>
        <w:t>[Year - Year]</w:t>
      </w:r>
    </w:p>
    <w:p w14:paraId="61B2034A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</w:p>
    <w:p w14:paraId="613478F4" w14:textId="1438DA41" w:rsidR="00F0558A" w:rsidRPr="00F0558A" w:rsidRDefault="00000000" w:rsidP="00F0558A">
      <w:pPr>
        <w:tabs>
          <w:tab w:val="left" w:pos="5592"/>
        </w:tabs>
        <w:spacing w:after="40"/>
        <w:ind w:left="245" w:hanging="173"/>
      </w:pPr>
      <w:r>
        <w:rPr>
          <w:color w:val="B98A4A"/>
        </w:rPr>
        <w:t xml:space="preserve">• </w:t>
      </w:r>
      <w:r>
        <w:t>[Relevant responsibility, achievement or transferable skill]</w:t>
      </w:r>
      <w:r w:rsidR="00F0558A">
        <w:tab/>
      </w:r>
    </w:p>
    <w:p w14:paraId="62362AAF" w14:textId="584EC6FB" w:rsidR="00161F3A" w:rsidRDefault="00000000">
      <w:pPr>
        <w:spacing w:before="80" w:after="20"/>
      </w:pPr>
      <w:r>
        <w:rPr>
          <w:b/>
          <w:color w:val="0E2A52"/>
        </w:rPr>
        <w:t>ADDITIONAL ROLES</w:t>
      </w:r>
    </w:p>
    <w:p w14:paraId="5310599C" w14:textId="32A4677B" w:rsidR="00161F3A" w:rsidRDefault="00000000" w:rsidP="00F0558A">
      <w:pPr>
        <w:tabs>
          <w:tab w:val="left" w:pos="8868"/>
        </w:tabs>
        <w:spacing w:after="40"/>
        <w:ind w:left="245" w:hanging="173"/>
      </w:pPr>
      <w:r>
        <w:rPr>
          <w:color w:val="B98A4A"/>
        </w:rPr>
        <w:t xml:space="preserve">• </w:t>
      </w:r>
      <w:r>
        <w:t>[Role (</w:t>
      </w:r>
      <w:proofErr w:type="gramStart"/>
      <w:r>
        <w:t>Year)]</w:t>
      </w:r>
      <w:proofErr w:type="gramEnd"/>
      <w:r>
        <w:t xml:space="preserve"> - Briefly describe relevant skills or responsibilities.</w:t>
      </w:r>
      <w:r w:rsidR="00F0558A">
        <w:tab/>
      </w:r>
    </w:p>
    <w:p w14:paraId="354A8DF0" w14:textId="77777777" w:rsidR="00161F3A" w:rsidRDefault="00000000">
      <w:pPr>
        <w:spacing w:after="40"/>
        <w:ind w:left="245" w:hanging="173"/>
      </w:pPr>
      <w:r>
        <w:rPr>
          <w:color w:val="B98A4A"/>
        </w:rPr>
        <w:lastRenderedPageBreak/>
        <w:t xml:space="preserve">• </w:t>
      </w:r>
      <w:r>
        <w:t>[Role (Year)] - Briefly describe relevant skills or responsibilities.</w:t>
      </w:r>
    </w:p>
    <w:p w14:paraId="083408FB" w14:textId="77777777" w:rsidR="00161F3A" w:rsidRDefault="00000000">
      <w:pPr>
        <w:pBdr>
          <w:bottom w:val="single" w:sz="10" w:space="3" w:color="B98A4A"/>
        </w:pBdr>
        <w:spacing w:before="140" w:after="80"/>
      </w:pPr>
      <w:r>
        <w:rPr>
          <w:b/>
          <w:color w:val="0E2A52"/>
          <w:sz w:val="22"/>
        </w:rPr>
        <w:t>CREDENTIALS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85"/>
        <w:gridCol w:w="5285"/>
      </w:tblGrid>
      <w:tr w:rsidR="00161F3A" w14:paraId="109F82E7" w14:textId="77777777">
        <w:trPr>
          <w:jc w:val="center"/>
        </w:trPr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494206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876CCE7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</w:tr>
      <w:tr w:rsidR="00161F3A" w14:paraId="4F8E30C4" w14:textId="77777777">
        <w:trPr>
          <w:jc w:val="center"/>
        </w:trPr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26D883F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10B8CB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</w:tr>
      <w:tr w:rsidR="00161F3A" w14:paraId="22033371" w14:textId="77777777">
        <w:trPr>
          <w:jc w:val="center"/>
        </w:trPr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F1B40F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9569A7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</w:tr>
      <w:tr w:rsidR="00161F3A" w14:paraId="646BF395" w14:textId="77777777">
        <w:trPr>
          <w:jc w:val="center"/>
        </w:trPr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D92E9E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9DE68EB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</w:tr>
      <w:tr w:rsidR="00161F3A" w14:paraId="14B15AEC" w14:textId="77777777">
        <w:trPr>
          <w:jc w:val="center"/>
        </w:trPr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6C90D8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  <w:tc>
          <w:tcPr>
            <w:tcW w:w="5285" w:type="dxa"/>
            <w:shd w:val="clear" w:color="auto" w:fill="F3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FD6FA9" w14:textId="77777777" w:rsidR="00161F3A" w:rsidRDefault="00000000">
            <w:r>
              <w:rPr>
                <w:color w:val="0E2A52"/>
                <w:sz w:val="17"/>
              </w:rPr>
              <w:t>•  [Licence / Certificate / Training]</w:t>
            </w:r>
          </w:p>
        </w:tc>
      </w:tr>
    </w:tbl>
    <w:p w14:paraId="72F9CFDF" w14:textId="77777777" w:rsidR="00161F3A" w:rsidRDefault="00000000">
      <w:pPr>
        <w:pBdr>
          <w:bottom w:val="single" w:sz="10" w:space="3" w:color="B98A4A"/>
        </w:pBdr>
        <w:spacing w:before="140" w:after="80"/>
      </w:pPr>
      <w:r>
        <w:rPr>
          <w:b/>
          <w:color w:val="0E2A52"/>
          <w:sz w:val="22"/>
        </w:rPr>
        <w:t>COMMUNITY INVOLVEMENT &amp; ACHIEVEMENTS</w:t>
      </w:r>
    </w:p>
    <w:p w14:paraId="74A88A6E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[Community involvement, volunteering, fundraising, sport or significant personal achievement.]</w:t>
      </w:r>
    </w:p>
    <w:p w14:paraId="00D397E0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[Leadership, representation, mentoring or service activity.]</w:t>
      </w:r>
    </w:p>
    <w:p w14:paraId="50760DDE" w14:textId="77777777" w:rsidR="00161F3A" w:rsidRDefault="00000000">
      <w:pPr>
        <w:spacing w:after="40"/>
        <w:ind w:left="245" w:hanging="173"/>
      </w:pPr>
      <w:r>
        <w:rPr>
          <w:color w:val="B98A4A"/>
        </w:rPr>
        <w:t xml:space="preserve">• </w:t>
      </w:r>
      <w:r>
        <w:t>[Another relevant achievement that demonstrates character, commitment or interests.]</w:t>
      </w:r>
    </w:p>
    <w:p w14:paraId="39F9CBF8" w14:textId="77777777" w:rsidR="00F0558A" w:rsidRDefault="00F0558A">
      <w:pPr>
        <w:spacing w:after="40"/>
        <w:ind w:left="245" w:hanging="173"/>
      </w:pPr>
    </w:p>
    <w:p w14:paraId="4DAA9E0C" w14:textId="713EFFD5" w:rsidR="00F0558A" w:rsidRDefault="00F0558A">
      <w:pPr>
        <w:spacing w:after="40"/>
        <w:ind w:left="245" w:hanging="173"/>
      </w:pPr>
    </w:p>
    <w:sectPr w:rsidR="00F0558A" w:rsidSect="00034616">
      <w:footerReference w:type="default" r:id="rId9"/>
      <w:pgSz w:w="12240" w:h="15840"/>
      <w:pgMar w:top="648" w:right="835" w:bottom="648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664C" w14:textId="77777777" w:rsidR="001A586E" w:rsidRDefault="001A586E">
      <w:pPr>
        <w:spacing w:after="0" w:line="240" w:lineRule="auto"/>
      </w:pPr>
      <w:r>
        <w:separator/>
      </w:r>
    </w:p>
  </w:endnote>
  <w:endnote w:type="continuationSeparator" w:id="0">
    <w:p w14:paraId="7A14C07E" w14:textId="77777777" w:rsidR="001A586E" w:rsidRDefault="001A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74BC6" w14:textId="5BD0F763" w:rsidR="00161F3A" w:rsidRDefault="00000000">
    <w:pPr>
      <w:pStyle w:val="Footer"/>
      <w:jc w:val="center"/>
    </w:pPr>
    <w:r>
      <w:rPr>
        <w:b/>
        <w:color w:val="0E2A52"/>
        <w:sz w:val="16"/>
      </w:rPr>
      <w:t xml:space="preserve">COMPASS CAREER </w:t>
    </w:r>
    <w:r w:rsidR="00F0558A">
      <w:rPr>
        <w:b/>
        <w:color w:val="0E2A52"/>
        <w:sz w:val="16"/>
      </w:rPr>
      <w:t>ADVISORS | FIND</w:t>
    </w:r>
    <w:r>
      <w:rPr>
        <w:b/>
        <w:color w:val="0E2A52"/>
        <w:sz w:val="16"/>
      </w:rPr>
      <w:t xml:space="preserve"> YOUR DIRECTION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C1F0B" w14:textId="77777777" w:rsidR="001A586E" w:rsidRDefault="001A586E">
      <w:pPr>
        <w:spacing w:after="0" w:line="240" w:lineRule="auto"/>
      </w:pPr>
      <w:r>
        <w:separator/>
      </w:r>
    </w:p>
  </w:footnote>
  <w:footnote w:type="continuationSeparator" w:id="0">
    <w:p w14:paraId="333B540C" w14:textId="77777777" w:rsidR="001A586E" w:rsidRDefault="001A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2894013">
    <w:abstractNumId w:val="8"/>
  </w:num>
  <w:num w:numId="2" w16cid:durableId="657150923">
    <w:abstractNumId w:val="6"/>
  </w:num>
  <w:num w:numId="3" w16cid:durableId="961766068">
    <w:abstractNumId w:val="5"/>
  </w:num>
  <w:num w:numId="4" w16cid:durableId="1341932976">
    <w:abstractNumId w:val="4"/>
  </w:num>
  <w:num w:numId="5" w16cid:durableId="1659773668">
    <w:abstractNumId w:val="7"/>
  </w:num>
  <w:num w:numId="6" w16cid:durableId="1649360322">
    <w:abstractNumId w:val="3"/>
  </w:num>
  <w:num w:numId="7" w16cid:durableId="274485317">
    <w:abstractNumId w:val="2"/>
  </w:num>
  <w:num w:numId="8" w16cid:durableId="438453912">
    <w:abstractNumId w:val="1"/>
  </w:num>
  <w:num w:numId="9" w16cid:durableId="149495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F3A"/>
    <w:rsid w:val="001A586E"/>
    <w:rsid w:val="0029639D"/>
    <w:rsid w:val="00326F90"/>
    <w:rsid w:val="00AA1D8D"/>
    <w:rsid w:val="00B04840"/>
    <w:rsid w:val="00B47730"/>
    <w:rsid w:val="00CB0664"/>
    <w:rsid w:val="00F0558A"/>
    <w:rsid w:val="00F337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2F183C"/>
  <w14:defaultImageDpi w14:val="300"/>
  <w15:docId w15:val="{07931311-AFB1-4961-A710-052DC073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F29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Lachlan Fraser</cp:lastModifiedBy>
  <cp:revision>2</cp:revision>
  <dcterms:created xsi:type="dcterms:W3CDTF">2026-08-12T01:16:00Z</dcterms:created>
  <dcterms:modified xsi:type="dcterms:W3CDTF">2026-08-12T01:16:00Z</dcterms:modified>
  <cp:category/>
</cp:coreProperties>
</file>